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4D726" w14:textId="77777777" w:rsidR="00B06EFF" w:rsidRPr="00312D76" w:rsidRDefault="00000000">
      <w:pPr>
        <w:pStyle w:val="Kop1"/>
        <w:jc w:val="center"/>
        <w:rPr>
          <w:lang w:val="nl-NL"/>
        </w:rPr>
      </w:pPr>
      <w:r w:rsidRPr="00312D76">
        <w:rPr>
          <w:color w:val="6B4C9A"/>
          <w:sz w:val="44"/>
          <w:lang w:val="nl-NL"/>
        </w:rPr>
        <w:t>Retourformulier</w:t>
      </w:r>
      <w:r w:rsidRPr="00312D76">
        <w:rPr>
          <w:color w:val="6B4C9A"/>
          <w:sz w:val="44"/>
          <w:lang w:val="nl-NL"/>
        </w:rPr>
        <w:br/>
      </w:r>
      <w:proofErr w:type="spellStart"/>
      <w:r w:rsidRPr="00312D76">
        <w:rPr>
          <w:color w:val="6B4C9A"/>
          <w:sz w:val="44"/>
          <w:lang w:val="nl-NL"/>
        </w:rPr>
        <w:t>Swieties</w:t>
      </w:r>
      <w:proofErr w:type="spellEnd"/>
      <w:r w:rsidRPr="00312D76">
        <w:rPr>
          <w:color w:val="6B4C9A"/>
          <w:sz w:val="44"/>
          <w:lang w:val="nl-NL"/>
        </w:rPr>
        <w:t xml:space="preserve"> Gifts</w:t>
      </w:r>
    </w:p>
    <w:p w14:paraId="0A6EB4E2" w14:textId="77777777" w:rsidR="00B06EFF" w:rsidRPr="00312D76" w:rsidRDefault="00000000">
      <w:pPr>
        <w:jc w:val="center"/>
        <w:rPr>
          <w:sz w:val="18"/>
          <w:szCs w:val="18"/>
          <w:lang w:val="nl-NL"/>
        </w:rPr>
      </w:pPr>
      <w:r w:rsidRPr="00312D76">
        <w:rPr>
          <w:sz w:val="18"/>
          <w:szCs w:val="18"/>
          <w:lang w:val="nl-NL"/>
        </w:rPr>
        <w:t>Vul dit formulier alleen in als je jouw aankoop wilt retourneren binnen de wettelijke bedenktijd van 14 dagen.</w:t>
      </w:r>
    </w:p>
    <w:p w14:paraId="1E1ACCA7" w14:textId="77777777" w:rsidR="00B06EFF" w:rsidRPr="00312D76" w:rsidRDefault="00000000">
      <w:pPr>
        <w:rPr>
          <w:lang w:val="nl-NL"/>
        </w:rPr>
      </w:pPr>
      <w:r w:rsidRPr="00312D76">
        <w:rPr>
          <w:b/>
          <w:lang w:val="nl-NL"/>
        </w:rPr>
        <w:t>Retouradres</w:t>
      </w:r>
      <w:r w:rsidRPr="00312D76">
        <w:rPr>
          <w:b/>
          <w:lang w:val="nl-NL"/>
        </w:rPr>
        <w:br/>
      </w:r>
      <w:proofErr w:type="spellStart"/>
      <w:r w:rsidRPr="00312D76">
        <w:rPr>
          <w:lang w:val="nl-NL"/>
        </w:rPr>
        <w:t>Swieties</w:t>
      </w:r>
      <w:proofErr w:type="spellEnd"/>
      <w:r w:rsidRPr="00312D76">
        <w:rPr>
          <w:lang w:val="nl-NL"/>
        </w:rPr>
        <w:t xml:space="preserve"> Gifts</w:t>
      </w:r>
      <w:r w:rsidRPr="00312D76">
        <w:rPr>
          <w:lang w:val="nl-NL"/>
        </w:rPr>
        <w:br/>
        <w:t>Zaagmolenweg 20</w:t>
      </w:r>
      <w:r w:rsidRPr="00312D76">
        <w:rPr>
          <w:lang w:val="nl-NL"/>
        </w:rPr>
        <w:br/>
        <w:t>5741 LT Beek en Donk</w:t>
      </w:r>
      <w:r w:rsidRPr="00312D76">
        <w:rPr>
          <w:lang w:val="nl-NL"/>
        </w:rPr>
        <w:br/>
        <w:t>klantenservice@swietiesgifts.nl</w:t>
      </w:r>
      <w:r w:rsidRPr="00312D76">
        <w:rPr>
          <w:lang w:val="nl-NL"/>
        </w:rPr>
        <w:br/>
        <w:t>www.swietiesgifts.nl</w:t>
      </w:r>
    </w:p>
    <w:p w14:paraId="0529EB5A" w14:textId="77777777" w:rsidR="00B06EFF" w:rsidRPr="00312D76" w:rsidRDefault="00B06EFF">
      <w:pPr>
        <w:rPr>
          <w:lang w:val="nl-NL"/>
        </w:rPr>
      </w:pPr>
    </w:p>
    <w:p w14:paraId="34369684" w14:textId="77777777" w:rsidR="00B06EFF" w:rsidRPr="00312D76" w:rsidRDefault="00000000">
      <w:pPr>
        <w:rPr>
          <w:lang w:val="nl-NL"/>
        </w:rPr>
      </w:pPr>
      <w:r w:rsidRPr="00312D76">
        <w:rPr>
          <w:lang w:val="nl-NL"/>
        </w:rPr>
        <w:t>Ik/Wij (*) deel/delen (*) hierbij mede dat ik/wij (*) onze overeenkomst betreffende de volgende goederen/levering van de volgende dienst (*) wil(</w:t>
      </w:r>
      <w:proofErr w:type="spellStart"/>
      <w:r w:rsidRPr="00312D76">
        <w:rPr>
          <w:lang w:val="nl-NL"/>
        </w:rPr>
        <w:t>len</w:t>
      </w:r>
      <w:proofErr w:type="spellEnd"/>
      <w:r w:rsidRPr="00312D76">
        <w:rPr>
          <w:lang w:val="nl-NL"/>
        </w:rPr>
        <w:t>) herroepen:</w:t>
      </w:r>
    </w:p>
    <w:p w14:paraId="2D390FFC" w14:textId="77777777" w:rsidR="00B06EFF" w:rsidRPr="00312D76" w:rsidRDefault="00000000">
      <w:pPr>
        <w:rPr>
          <w:lang w:val="nl-NL"/>
        </w:rPr>
      </w:pPr>
      <w:r w:rsidRPr="00312D76">
        <w:rPr>
          <w:lang w:val="nl-NL"/>
        </w:rPr>
        <w:t>Product(en): ________________________________________________</w:t>
      </w:r>
    </w:p>
    <w:p w14:paraId="0126FBB6" w14:textId="77777777" w:rsidR="00B06EFF" w:rsidRPr="00312D76" w:rsidRDefault="00000000">
      <w:pPr>
        <w:rPr>
          <w:lang w:val="nl-NL"/>
        </w:rPr>
      </w:pPr>
      <w:r w:rsidRPr="00312D76">
        <w:rPr>
          <w:lang w:val="nl-NL"/>
        </w:rPr>
        <w:t>Besteld op (DD-MM-JJJJ): ____________________</w:t>
      </w:r>
    </w:p>
    <w:p w14:paraId="4F931B54" w14:textId="77777777" w:rsidR="00B06EFF" w:rsidRPr="00312D76" w:rsidRDefault="00000000">
      <w:pPr>
        <w:rPr>
          <w:lang w:val="nl-NL"/>
        </w:rPr>
      </w:pPr>
      <w:r w:rsidRPr="00312D76">
        <w:rPr>
          <w:lang w:val="nl-NL"/>
        </w:rPr>
        <w:t>Bestelnummer: ____________________</w:t>
      </w:r>
    </w:p>
    <w:p w14:paraId="598C57C8" w14:textId="77777777" w:rsidR="00B06EFF" w:rsidRPr="00312D76" w:rsidRDefault="00000000">
      <w:pPr>
        <w:rPr>
          <w:lang w:val="nl-NL"/>
        </w:rPr>
      </w:pPr>
      <w:r w:rsidRPr="00312D76">
        <w:rPr>
          <w:lang w:val="nl-NL"/>
        </w:rPr>
        <w:t>Ontvangen op (DD-MM-JJJJ): ____________________</w:t>
      </w:r>
    </w:p>
    <w:p w14:paraId="78107908" w14:textId="77777777" w:rsidR="00B06EFF" w:rsidRPr="00312D76" w:rsidRDefault="00000000">
      <w:pPr>
        <w:rPr>
          <w:lang w:val="nl-NL"/>
        </w:rPr>
      </w:pPr>
      <w:r w:rsidRPr="00312D76">
        <w:rPr>
          <w:lang w:val="nl-NL"/>
        </w:rPr>
        <w:t>Naam: ________________________________________________</w:t>
      </w:r>
    </w:p>
    <w:p w14:paraId="2B001EE5" w14:textId="77777777" w:rsidR="00B06EFF" w:rsidRPr="00312D76" w:rsidRDefault="00000000">
      <w:pPr>
        <w:rPr>
          <w:lang w:val="nl-NL"/>
        </w:rPr>
      </w:pPr>
      <w:r w:rsidRPr="00312D76">
        <w:rPr>
          <w:lang w:val="nl-NL"/>
        </w:rPr>
        <w:t>Adres: ________________________________________________</w:t>
      </w:r>
    </w:p>
    <w:p w14:paraId="3EADFBC0" w14:textId="77777777" w:rsidR="00B06EFF" w:rsidRPr="00312D76" w:rsidRDefault="00000000">
      <w:pPr>
        <w:rPr>
          <w:lang w:val="nl-NL"/>
        </w:rPr>
      </w:pPr>
      <w:r w:rsidRPr="00312D76">
        <w:rPr>
          <w:lang w:val="nl-NL"/>
        </w:rPr>
        <w:t>Postcode en woonplaats: _________________________________</w:t>
      </w:r>
    </w:p>
    <w:p w14:paraId="339FD64F" w14:textId="77777777" w:rsidR="00B06EFF" w:rsidRPr="00312D76" w:rsidRDefault="00000000">
      <w:pPr>
        <w:rPr>
          <w:lang w:val="nl-NL"/>
        </w:rPr>
      </w:pPr>
      <w:r w:rsidRPr="00312D76">
        <w:rPr>
          <w:lang w:val="nl-NL"/>
        </w:rPr>
        <w:t>E-mailadres: ____________________________________________</w:t>
      </w:r>
    </w:p>
    <w:p w14:paraId="15ED5B36" w14:textId="77777777" w:rsidR="00B06EFF" w:rsidRPr="00312D76" w:rsidRDefault="00000000">
      <w:pPr>
        <w:rPr>
          <w:lang w:val="nl-NL"/>
        </w:rPr>
      </w:pPr>
      <w:r w:rsidRPr="00312D76">
        <w:rPr>
          <w:lang w:val="nl-NL"/>
        </w:rPr>
        <w:t>IBAN-rekeningnummer: ____________________________________</w:t>
      </w:r>
    </w:p>
    <w:p w14:paraId="4DD0D72C" w14:textId="77777777" w:rsidR="00B06EFF" w:rsidRPr="00312D76" w:rsidRDefault="00000000">
      <w:pPr>
        <w:rPr>
          <w:lang w:val="nl-NL"/>
        </w:rPr>
      </w:pPr>
      <w:r w:rsidRPr="00312D76">
        <w:rPr>
          <w:lang w:val="nl-NL"/>
        </w:rPr>
        <w:t>Handtekening (alleen bij een papieren formulier):</w:t>
      </w:r>
      <w:r w:rsidRPr="00312D76">
        <w:rPr>
          <w:lang w:val="nl-NL"/>
        </w:rPr>
        <w:br/>
      </w:r>
      <w:r w:rsidRPr="00312D76">
        <w:rPr>
          <w:lang w:val="nl-NL"/>
        </w:rPr>
        <w:br/>
        <w:t>______________________________</w:t>
      </w:r>
    </w:p>
    <w:p w14:paraId="5FDB816F" w14:textId="77777777" w:rsidR="00B06EFF" w:rsidRPr="00312D76" w:rsidRDefault="00000000">
      <w:pPr>
        <w:rPr>
          <w:lang w:val="nl-NL"/>
        </w:rPr>
      </w:pPr>
      <w:r w:rsidRPr="00312D76">
        <w:rPr>
          <w:lang w:val="nl-NL"/>
        </w:rPr>
        <w:t>Datum (DD-MM-JJJJ): ____________________</w:t>
      </w:r>
    </w:p>
    <w:p w14:paraId="345CBA54" w14:textId="77777777" w:rsidR="00580EFD" w:rsidRDefault="00000000">
      <w:pPr>
        <w:rPr>
          <w:sz w:val="18"/>
          <w:lang w:val="nl-NL"/>
        </w:rPr>
      </w:pPr>
      <w:r w:rsidRPr="00312D76">
        <w:rPr>
          <w:sz w:val="18"/>
          <w:lang w:val="nl-NL"/>
        </w:rPr>
        <w:br/>
        <w:t>* Doorhalen wat niet van toepassing is.</w:t>
      </w:r>
    </w:p>
    <w:p w14:paraId="03015FFC" w14:textId="6464FDDB" w:rsidR="00B06EFF" w:rsidRPr="00580EFD" w:rsidRDefault="00000000">
      <w:pPr>
        <w:rPr>
          <w:i/>
          <w:iCs/>
          <w:lang w:val="nl-NL"/>
        </w:rPr>
      </w:pPr>
      <w:r w:rsidRPr="00312D76">
        <w:rPr>
          <w:sz w:val="18"/>
          <w:lang w:val="nl-NL"/>
        </w:rPr>
        <w:br/>
      </w:r>
      <w:r w:rsidRPr="00580EFD">
        <w:rPr>
          <w:i/>
          <w:iCs/>
          <w:sz w:val="18"/>
          <w:lang w:val="nl-NL"/>
        </w:rPr>
        <w:t>Dit formulier is gebaseerd op het wettelijke modelformulier voor herroeping.</w:t>
      </w:r>
    </w:p>
    <w:sectPr w:rsidR="00B06EFF" w:rsidRPr="00580EF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1500037">
    <w:abstractNumId w:val="8"/>
  </w:num>
  <w:num w:numId="2" w16cid:durableId="1143233993">
    <w:abstractNumId w:val="6"/>
  </w:num>
  <w:num w:numId="3" w16cid:durableId="904800966">
    <w:abstractNumId w:val="5"/>
  </w:num>
  <w:num w:numId="4" w16cid:durableId="1822236817">
    <w:abstractNumId w:val="4"/>
  </w:num>
  <w:num w:numId="5" w16cid:durableId="1844709390">
    <w:abstractNumId w:val="7"/>
  </w:num>
  <w:num w:numId="6" w16cid:durableId="1134834070">
    <w:abstractNumId w:val="3"/>
  </w:num>
  <w:num w:numId="7" w16cid:durableId="538661209">
    <w:abstractNumId w:val="2"/>
  </w:num>
  <w:num w:numId="8" w16cid:durableId="1339848535">
    <w:abstractNumId w:val="1"/>
  </w:num>
  <w:num w:numId="9" w16cid:durableId="56980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6DA"/>
    <w:rsid w:val="00034616"/>
    <w:rsid w:val="0004251B"/>
    <w:rsid w:val="0006063C"/>
    <w:rsid w:val="0015074B"/>
    <w:rsid w:val="0029639D"/>
    <w:rsid w:val="00312D76"/>
    <w:rsid w:val="00326F90"/>
    <w:rsid w:val="004C112A"/>
    <w:rsid w:val="00580EFD"/>
    <w:rsid w:val="005864BB"/>
    <w:rsid w:val="006A2518"/>
    <w:rsid w:val="00700780"/>
    <w:rsid w:val="00875B06"/>
    <w:rsid w:val="00AA1D8D"/>
    <w:rsid w:val="00B06EFF"/>
    <w:rsid w:val="00B17708"/>
    <w:rsid w:val="00B47730"/>
    <w:rsid w:val="00CB0664"/>
    <w:rsid w:val="00D62D8F"/>
    <w:rsid w:val="00EA12D8"/>
    <w:rsid w:val="00F3145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B62E1"/>
  <w14:defaultImageDpi w14:val="300"/>
  <w15:docId w15:val="{B0DEED87-AFFA-469E-982C-CCB55D99B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Wieteke -</cp:lastModifiedBy>
  <cp:revision>3</cp:revision>
  <dcterms:created xsi:type="dcterms:W3CDTF">2026-07-28T12:19:00Z</dcterms:created>
  <dcterms:modified xsi:type="dcterms:W3CDTF">2026-07-28T12:20:00Z</dcterms:modified>
  <cp:category/>
</cp:coreProperties>
</file>